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🕎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חט״ב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🔍 הסביבון בספרייה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מי השאיר את הסביבון בספרייה?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בהפסקה נמצא סביבון בספרייה. 🎲 על הסביבון כתוב: נ ג ה פ. לידו היה ספר פתוח על חנוכה. 📘 שלושה תלמידים היו בספרייה היום. גיל קרא ספר על כדורגל. ⚽ רוני ציירה חנוכייה במחברת. 🎨 היא אמרה: "אני מכינה עבודה על חנוכה." עדי לא הגיע היום לבית הספר. 🏠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⚽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 ספר על כדורגל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ציירה חנוכייה במחברת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נשאר היום בבית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לא הגיע היום לבית הספר?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רוני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על מה הספר שליד הסביבון?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 חנוכה 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כדורגל ⚽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 חיות 🐶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מכינה עבודה על חנוכה?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צופן חנוכה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חנוכה הוא חג של אור. 🕯️ מדליקים נרות שמונה ימים. בכל ערב מוסיפים נר. הנר המיוחד נקרא שמש. אוכלים לביבות וסופגניות. 🍩 משחקים בסביבון. 🎲 לפי המסורת, היה נס עם שמן.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‏14‏ ‏- 20‏ ‏- 6‏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דולקים בחנוכייה.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ת ו ל ב י 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🥔 מטגנים מתפוחי אדמה.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‏21‏ ‏- 13‏ ‏- 21‏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 הנר שמדליק את כולם.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מסע ארבע התחנות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ארבע תחנות. בכל תחנה – אות אחת. ✨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📅 לוח השנה – באיזה חודש מתחילה חנוכה?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כסלו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🕎 החנוכייה – כמה נרות דולקים בערב האחרון?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שמונה ועוד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עשרה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🍳 המטבח – מה מטגנים בשמן בחנוכה?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סלט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גלידה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לביבות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🎲 הסביבון – מה פירוש האות פ בסביבון?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פה – בארץ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פעם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שני משחקים קצרים. סדרו ומיינו.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ההדלקה.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שרים יחד 🎶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את השמש 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את הנרות 🕎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מברכים 🙏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אוכל או אור?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אוכל 🍩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אור 🕯️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סופגנייה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ספינג׳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מדליקים את השמש 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מברכים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מדליקים את הנרות 🕎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שרים יחד 🎶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סופגנייה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ספינג׳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חנוכייה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נחשו: דניאל והטקס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בכיתה ח׳. 🙂 המחנכת מחפשת מתנדב לטקס חנוכה.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דניאל יעשה?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יגיד שהוא מתבייש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ירים יד ויתנדב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ילך הביתה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מתאמן בבית. הוא קצת לחוץ. 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יעזור לו?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להתאמן שוב עם חברה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לוותר על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לישון בלילה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יום הטקס. האולם מלא. 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יקרה?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דניאל ישכח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הטקס יבוטל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דניאל יקריא בקול ברור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🤔 מי לא שייך?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🍩 סופגנייה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🥔 לביבה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🥗 סלט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🍩 ספינג׳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לא מטוגן בשמן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ירוק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בצלחת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🕯️ נר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🔥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❄️ שלג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🕎 חנוכייה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לבן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לא נותן אור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כסלו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חנוכה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זה חג, לא חודש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זו מילה ארוכה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באביב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הקשר בין חנוכה לחינוך?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אותו שורש: ח-נ-ך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אין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שניהם בקיץ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שמים את החנוכייה בחלון?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שיהיה חם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שכולם יראו את האור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אין מקום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פך השמן?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צריך הרבה שמן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שמן זה טעים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גם מעט יכול להספיק ולתת תקווה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עושה השמש?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מכבה 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מדליק את שאר הנרות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מקשט את השולחן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נמשכת שמונה ימים.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השמש נדלק 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🌀 על הסביבון בישראל יש פ.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☀️ חנוכה חלה בקיץ.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🍩 אוכלים מאכלים בשמן.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 משתמשים בנרות כדי לקרוא.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כי · כדי · אבל · וגם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חנוכה בחורף, (1)________ חושך מוקדם. מדליקים נרות (2)________ להוסיף אור. הנר קטן, (3)________ הוא מאיר את כל החדר.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הדלקנו שלוש נרות. הסופגנייה המתוק חיכתה לנו. ישבנו בהבית של סבא.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חנוכייה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🕯️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שמש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פך השמן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סביבון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מכבים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תקווה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מנורה של שמונה נרות ושמש.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הנר שמדליק את כל השאר.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כד קטן של שמן מהסיפור.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צעצוע עם ארבע אותיות.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קבוצה ששמרה על המסורת שלה.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אמונה שיהיה טוב יותר.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חט״ב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